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D28D9"/>
          <w:sz w:val="20"/>
        </w:rPr>
        <w:t>SHIFTQUALITY PRO</w:t>
      </w:r>
    </w:p>
    <w:p>
      <w:r>
        <w:rPr>
          <w:b/>
          <w:color w:val="3B0764"/>
          <w:sz w:val="48"/>
        </w:rPr>
        <w:t>Incident Response Runbook</w:t>
      </w:r>
    </w:p>
    <w:p>
      <w:r>
        <w:t>A runbook readable at 3am by someone tired: specific symptoms, fast triage, a diagnosis tree, and exact mitigation commands. Copy this once per incident type and fill it in.</w:t>
      </w:r>
    </w:p>
    <w:p>
      <w:r>
        <w:rPr>
          <w:b/>
          <w:color w:val="1F2937"/>
        </w:rPr>
        <w:t xml:space="preserve">Runbook — incident type:  </w:t>
      </w:r>
      <w:r>
        <w:t>________________________________________</w:t>
      </w:r>
    </w:p>
    <w:p>
      <w:r>
        <w:rPr>
          <w:b/>
          <w:color w:val="1F2937"/>
        </w:rPr>
        <w:t xml:space="preserve">Last verified:  </w:t>
      </w:r>
      <w:r>
        <w:t>________________________________________</w:t>
      </w:r>
    </w:p>
    <w:p>
      <w:r>
        <w:rPr>
          <w:b/>
          <w:color w:val="1F2937"/>
        </w:rPr>
        <w:t xml:space="preserve">Owner (team / role):  </w:t>
      </w:r>
      <w:r>
        <w:t>________________________________________</w:t>
      </w:r>
    </w:p>
    <w:p>
      <w:r>
        <w:rPr>
          <w:b/>
          <w:color w:val="1F2937"/>
        </w:rPr>
        <w:t xml:space="preserve">Severity (P0 / P1 / P2 — when this applies):  </w:t>
      </w:r>
      <w:r>
        <w:t>________________________________________</w:t>
      </w:r>
    </w:p>
    <w:p>
      <w:r>
        <w:rPr>
          <w:b/>
          <w:color w:val="6D28D9"/>
          <w:sz w:val="28"/>
        </w:rPr>
        <w:t>Symptom</w:t>
      </w:r>
    </w:p>
    <w:p>
      <w:r>
        <w:rPr>
          <w:i/>
          <w:color w:val="6B7280"/>
          <w:sz w:val="20"/>
        </w:rPr>
        <w:t>What you see that triggers this runbook — observable signals, error rates, alert names. Specific, not 'database issues.'</w:t>
      </w:r>
    </w:p>
    <w:p>
      <w:r>
        <w:t>____________________________________________________________________</w:t>
      </w:r>
    </w:p>
    <w:p>
      <w:r>
        <w:rPr>
          <w:b/>
          <w:color w:val="6D28D9"/>
          <w:sz w:val="28"/>
        </w:rPr>
        <w:t>Quick triage (first 5 minutes)</w:t>
      </w:r>
    </w:p>
    <w:p>
      <w:r>
        <w:rPr>
          <w:i/>
          <w:color w:val="6B7280"/>
          <w:sz w:val="20"/>
        </w:rPr>
        <w:t>Fast checks that orient you — not the fix.</w:t>
      </w:r>
    </w:p>
    <w:p>
      <w:r>
        <w:t>1.  ______________________________________________________________</w:t>
      </w:r>
    </w:p>
    <w:p>
      <w:r>
        <w:t>2.  ______________________________________________________________</w:t>
      </w:r>
    </w:p>
    <w:p>
      <w:r>
        <w:t>3.  ______________________________________________________________</w:t>
      </w:r>
    </w:p>
    <w:p>
      <w:r>
        <w:rPr>
          <w:b/>
          <w:color w:val="6D28D9"/>
          <w:sz w:val="28"/>
        </w:rPr>
        <w:t>Diagnosis tree</w:t>
      </w:r>
    </w:p>
    <w:p>
      <w:r>
        <w:rPr>
          <w:i/>
          <w:color w:val="6B7280"/>
          <w:sz w:val="20"/>
        </w:rPr>
        <w:t>Branch on what you see.</w:t>
      </w:r>
    </w:p>
    <w:p>
      <w:r>
        <w:t>•  If  ____________________  →  see  ____________________</w:t>
      </w:r>
    </w:p>
    <w:p>
      <w:r>
        <w:t>•  If  ____________________  →  see  ____________________</w:t>
      </w:r>
    </w:p>
    <w:p>
      <w:r>
        <w:t>•  If  ____________________  →  see  ____________________</w:t>
      </w:r>
    </w:p>
    <w:p>
      <w:r>
        <w:rPr>
          <w:b/>
          <w:color w:val="6D28D9"/>
          <w:sz w:val="28"/>
        </w:rPr>
        <w:t>Mitigation 1: [common cause]</w:t>
      </w:r>
    </w:p>
    <w:p>
      <w:r>
        <w:rPr>
          <w:i/>
          <w:color w:val="6B7280"/>
          <w:sz w:val="20"/>
        </w:rPr>
        <w:t>Numbered steps with EXACT commands, then a verification step.</w:t>
      </w:r>
    </w:p>
    <w:p>
      <w:r>
        <w:t>1.  ______________________________________________________________</w:t>
      </w:r>
    </w:p>
    <w:p>
      <w:r>
        <w:t>2.  ______________________________________________________________</w:t>
      </w:r>
    </w:p>
    <w:p>
      <w:r>
        <w:t>3.  ______________________________________________________________</w:t>
      </w:r>
    </w:p>
    <w:p>
      <w:r>
        <w:rPr>
          <w:b/>
          <w:color w:val="6D28D9"/>
          <w:sz w:val="28"/>
        </w:rPr>
        <w:t>Mitigation 2: [another cause]</w:t>
      </w:r>
    </w:p>
    <w:p>
      <w:r>
        <w:t>1.  ______________________________________________________________</w:t>
      </w:r>
    </w:p>
    <w:p>
      <w:r>
        <w:t>2.  ______________________________________________________________</w:t>
      </w:r>
    </w:p>
    <w:p>
      <w:r>
        <w:t>3.  ______________________________________________________________</w:t>
      </w:r>
    </w:p>
    <w:p>
      <w:r>
        <w:rPr>
          <w:b/>
          <w:color w:val="6D28D9"/>
          <w:sz w:val="28"/>
        </w:rPr>
        <w:t>Escalation</w:t>
      </w:r>
    </w:p>
    <w:p>
      <w:r>
        <w:rPr>
          <w:b/>
          <w:color w:val="1F2937"/>
        </w:rPr>
        <w:t xml:space="preserve">Page (person / role):  </w:t>
      </w:r>
      <w:r>
        <w:t>________________________________________</w:t>
      </w:r>
    </w:p>
    <w:p>
      <w:r>
        <w:rPr>
          <w:b/>
          <w:color w:val="1F2937"/>
        </w:rPr>
        <w:t xml:space="preserve">Channel:  </w:t>
      </w:r>
      <w:r>
        <w:t>________________________________________</w:t>
      </w:r>
    </w:p>
    <w:p>
      <w:r>
        <w:rPr>
          <w:b/>
          <w:color w:val="1F2937"/>
        </w:rPr>
        <w:t xml:space="preserve">Context to share:  </w:t>
      </w:r>
      <w:r>
        <w:t>________________________________________</w:t>
      </w:r>
    </w:p>
    <w:p>
      <w:r>
        <w:rPr>
          <w:b/>
          <w:color w:val="6D28D9"/>
          <w:sz w:val="28"/>
        </w:rPr>
        <w:t>Verification</w:t>
      </w:r>
    </w:p>
    <w:p>
      <w:r>
        <w:rPr>
          <w:i/>
          <w:color w:val="6B7280"/>
          <w:sz w:val="20"/>
        </w:rPr>
        <w:t>How to confirm it's resolved — metrics back at baseline, alert cleared, test transaction passes.</w:t>
      </w:r>
    </w:p>
    <w:p>
      <w:r>
        <w:t>____________________________________________________________________</w:t>
      </w:r>
    </w:p>
    <w:p>
      <w:r>
        <w:rPr>
          <w:b/>
          <w:color w:val="6D28D9"/>
          <w:sz w:val="28"/>
        </w:rPr>
        <w:t>After-action</w:t>
      </w:r>
    </w:p>
    <w:p>
      <w:r>
        <w:t xml:space="preserve">☐  </w:t>
      </w:r>
      <w:r>
        <w:t>Update the incident channel with summary + resolution</w:t>
      </w:r>
    </w:p>
    <w:p>
      <w:r>
        <w:t xml:space="preserve">☐  </w:t>
      </w:r>
      <w:r>
        <w:t>Notify affected stakeholders</w:t>
      </w:r>
    </w:p>
    <w:p>
      <w:r>
        <w:t xml:space="preserve">☐  </w:t>
      </w:r>
      <w:r>
        <w:t>Capture the timeline for the post-incident review</w:t>
      </w:r>
    </w:p>
    <w:p>
      <w:r>
        <w:t xml:space="preserve">☐  </w:t>
      </w:r>
      <w:r>
        <w:t>File a ticket for the underlying fix</w:t>
      </w:r>
    </w:p>
    <w:p>
      <w:r>
        <w:t xml:space="preserve">☐  </w:t>
      </w:r>
      <w:r>
        <w:t>Update this runbook if anything was missing</w:t>
      </w:r>
    </w:p>
    <w:p>
      <w:r>
        <w:rPr>
          <w:i/>
          <w:color w:val="6B7280"/>
          <w:sz w:val="18"/>
        </w:rPr>
        <w:t>ShiftQuality — real knowledge for builders.  shiftquality.com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